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שבוע · 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מעגל הפתיחה ומעגל הסיכום השבועיים ואת מטרת כל רכיב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וביטויים הקשורים לערכי השבוע (אחריות, חברות, סבלנות, תודה ועוד)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והבעה אישית: תיאור מצב רוח, מטרה אישית, תודה ומחמאה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מקומם של החגים והשבועות המיוחדים בלוח השנה העברי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מעגל פתיחה של יום ראשון – היכרות עם מרכיבי המצגת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כ-10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אימוג׳ים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מעגל פתיחה של יום ראשון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(ניתנים לעריכה בתחילת כל 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(אנונימי, מוצג באימוג׳ים)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(לוח לעריכה לקראת האירועים הקרובים)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(פעילות חשיבה קצרה שפותחת את השבוע)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מעגל פתיחה של יום ראשון – השלמת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מעגל פתיחה של יום ראשון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שהתלמידים ירגישו בנוח לשתף את מצב רוחם האמיתי בלי חשש משיפוט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ערך השבוע וסיפור לשיח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רעיון מרכזי שמלווה את השיח באותו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סיפור קצר ושאלות לשיח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היכרות ושייכות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ערך השבוע וסיפור לשיח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ערך השבוע וסיפור לשיח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(אחריות)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(כבוד)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ערך השבוע וסיפור לשיח – חשיבה ויישום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מעגל סיכום ונפרדים מהשבוע – היכרות עם מרכיבי המעגל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משתפים דברים טובים שקרו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כל אחד אומר תודה על משהו או למישהו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מעגל סיכום ונפרדים מהשבוע – התאמת שלבים ותיאורים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(שיתוף חוויות חיוביות מהשבוע)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(בודקים אם הצלחנו להגיע ליעד שהצבנו)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(כל תלמיד אומר תודה על משהו)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מעגל סיכום ונפרדים מהשבוע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אישי שמבטא הכרת תודה למישהו או למשהו, למשל תודה לחבר שעזר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מצב רוח, מטרות ודקת נשימה – הכרת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התשובה אנונימית ומסומנת באימוג'ים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במעגל הפתיחה ביום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מצב רוח, מטרות ודקת נשימה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בדיקת המטרה היא חלק קבוע ממעגל הסיכום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המד מוגדר כאנונימי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מצב רוח, מטרות ודקת נשימה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הרגשה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נבדק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מצב רוח, מטרות ודקת נשימה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(סימון תחושה באימוג'ים בלי 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(יעד אישי שנקבע לשבוע)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(הפסקה קצרה להרגעה)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(סיום רגוע למעגל הסיכום)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לוח שנה עברי ופרשות השבוע – הכרות עם הטבלה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בנויה כל שורה בטבלה - ערך, פרשה, מצגות ודף תרגול.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מצגת 'פותחים שבוע' מוצגת ביום ראשון, ו'נפרדים משבוע' ביום שישי.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לוח שנה עברי ופרשות השבוע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לוח שנה עברי ופרשות השבוע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נצבים, וילך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כיפור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לוח שנה עברי ופרשות השבוע – התאמת פרשות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(היכרות ושייכות)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(אחריות)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(חברות)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מד מצב רוח באימוג׳ים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את המטרה שנקבעה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רגע של שקט / דקת נשימה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תכלול לפחות שלושה מרכיבים נכונים מתוך: ברכה ותאריך, מד מצב רוח, לוח תכנון שבוע, חידה, דקת נשימה, כרטיס 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תציין שפתיחה היא בתחילת השבוע ומכוונת קדימה, וסיכום הוא בסוף השבוע ומביט אחורה ומודה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תקשר בין ערך מסוים לבין מצב בסיפור או שאלה מהשיח בצורה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שבועות – פרק אחד או שניים בכל שיעור, בהתאמה למעגל שמתקיים אותו 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לקצר את המשימות ולהתמקד בעיקר במד מצב הרוח ובסבב התודה, בלי משימות כתיבה ארוכות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קצר על הקשר בין ערך השבוע לאירועים מחיי היומיום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חזרה על לוח השנה העברי אחת לכמה שבועות כדי לחבר בין הפרקים השונים בחוברת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שבוע · 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תתרגלו את כל חלקי מעגל הפתיחה ומעגל הסיכום שמלווים אתכם כל שבוע. עברו על הפרקים לפי הסדר, ובכל פרק ענו בעצמכם לפני שבודקים יחד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נצבים, וילך  ·  ערך  ·  יום כיפור  ·  הרגשה  ·  שיחה  ·  נבדק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מעגל פתיחה של יום ראשון – היכרות עם מרכיבי המצגת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מעגל הפתיחה מתקיים ביום...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אורך בדרך כלל מעגל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כ-10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כ-2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מד מצב הרוח במצגת מתבטא באמצעות...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אימוג׳ים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צבעים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מעגל פתיחה של יום ראשון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ברכה ותאריך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פעילות חשיבה קצרה שפותחת את השבוע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מד מצב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ניתנים לעריכה בתחילת כל 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לוח מה מחכה לנו השבוע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לוח לעריכה לקראת האירועים הקרובים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אנונימי, מוצג באימוג׳ים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מעגל פתיחה של יום ראשון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מעגל פתיחה של יום ראשון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חשוב שמד מצב הרוח יהיה אנונימי?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ערך השבוע וסיפור לשיח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ערך השבוע במצגת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תאריך לועזי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רעיון מרכזי שמלווה את השיח באותו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המקצוע השבועי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מגיע מיד אחרי הצגת ערך השבוע במצגת?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מד מצב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סיפור קצר ושאלות לשיח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כרטיס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ערך מופיע בשבוע הראשון של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היכרות ושייכות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אחריות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ערך השבוע וסיפור לשיח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אחרי קריאת הסיפור הקצר מתקיימת __________ סביב הערך של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של השבוע הוא הרעיון שסביבו בנויים הסיפור ושאלות השיח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ערך השבוע וסיפור לשיח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בראשית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לך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וירא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סבלנות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ערך השבוע וסיפור לשיח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מעגל סיכום ונפרדים מהשבוע – היכרות עם מרכיבי המעגל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מתקיים מעגל הסיכום של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בשלב 'רגעים טובים מהשבוע'?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בודקים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משתפים דברים טובים שקרו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קוראים סיפור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'סבב תודה' במעגל הסיכום?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 אחד אומר תודה על משהו או למישהו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בודקים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כותבים שיעורי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מעגל סיכום ונפרדים מהשבוע – התאמת שלבים ותיאורים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רגעים טובים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בודקים אם הצלחנו להגיע ליעד שהצבנו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בודקים את המטרה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 תלמיד אומר תודה על 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סבב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שיתוף חוויות חיוביות מהשבוע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מעגל סיכום ונפרדים מהשבוע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שהייתם אומרים בסבב תודה בסוף השבוע.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מצב רוח, מטרות ודקת נשימה – הכרת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 מצב הרוח במעגל הפתיחה מוצג בדרך כלל כך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התשובה אנונימית ומסומנת באימוג'ים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תלמיד כותב את שמו ליד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המורה בודק/ת כל תשובה בנפרד מול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כרטיס המטרה לשבוע נקבע בדרך כלל...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במעגל הפתיחה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במעגל הסיכום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באמצע השבוע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מצב רוח, מטרות ודקת נשימה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במעגל הסיכום של יום שישי בודקים אם המטרה שנקבעה הושגה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 מצב הרוח נועד לעזור לתלמידים לבטא תחושה בלי לחשוף את שמם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מצב רוח, מטרות ודקת נשימה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מד מצב הרוח עוזר לתלמידים לבטא את ה__________ שלהם בצורה אנונימית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כרטיס המטרה נקבע בתחילת השבוע ו__________ שוב במעגל הסיכום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מצב רוח, מטרות ודקת נשימה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מד מצב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יעד אישי שנקבע לשבוע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כרטיס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סיום רגוע למעגל הסיכום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דקת נשימה ותנועה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סימון תחושה באימוג'ים בלי 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רגע של 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הפסקה קצרה להרגעה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לוח שנה עברי ופרשות השבוע – הכרות עם הטבלה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שורה בטבלת השבועות מופיעים גם ערך השבוע וגם פרשת השבוע.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מצגת 'נפרדים משבוע' מוצגת ביום 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לוח שנה עברי ופרשות השבוע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יום בשבוע מוצגת מצגת 'פותחים שבוע'?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ערכים מתוכננים לאורך השנה, מלבד השבועות המיוחדים?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לוח שנה עברי ופרשות השבוע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בשבוע הראשון שמופיע בטבלה, פרשת השבוע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בשבוע שבו הערך הוא 'תודה והכרת הטוב' חל גם החג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לוח שנה עברי ופרשות השבוע – התאמת פרשות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נצבים, וילך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לך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היכרות ושייכות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בראשית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אחריות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מעגל פתיחת השבוע מתקיים ביום: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מעגל הסיכום של השבוע מתקיים ביום: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מופיע בכל מצגת פתיחה כדי לבדוק איך התלמידים מרגישים?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 מצב רוח באימוג׳ים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מה בודקים במעגל הסיכום לגבי מה שהוגדר בתחילת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המטרה שנקבעה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 שיעורי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5. איזה רכיב מופיע בשתי המצגות – גם בפתיחה וגם בסיכום?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ברכה ותאריך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רגע של שקט / דקת נשימה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תוכלו למנות שלושה רכיבים שמופיעים במעגל הפתיחה של יום 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תוכלו להסביר במילים שלכם מה ההבדל בין מעגל פתיחה למעגל סיכום?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פותחים שבוע · נפרדים משבוע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