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מעגל הפתיחה ומעגל הסיכום השבועיים ואת מטרת כל רכיב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וביטויים הקשורים לערכי השבוע (אחריות, חברות, סבלנות, תודה ועוד)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והבעה אישית: תיאור מצב רוח, מטרה אישית, תודה ומחמאה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מקומם של החגים והשבועות המיוחדים בלוח השנה העברי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מעגל פתיחה של יום ראשון – היכרות עם מרכיבי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כ-10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תאריך שאפשר לערוך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מעגל פתיחה של יום ראשון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(ניתנים לעריכה בתחילת כל 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(אנונימי, מוצג באימוג׳ים)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(לוח לעריכה לקראת האירועים הקרובים)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(פעילות חשיבה קצרה שפותחת את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(רגע של הרגעה וזוזה בגוף לפני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מעגל פתיחה של יום ראשון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מעגל פתיחה של יום ראשון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שהתלמידים ירגישו בנוח לשתף את מצב רוחם האמיתי בלי חשש משיפוט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מציג מראש את האירועים והמשימות של השבוע כך שאפשר להיערך אליהם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חידה קצרה וברורה בהתאם לגיל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 עוזר להירגע ולהתמקד לפני שמתחילים בפעילות הלימודית של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ערך השבוע וסיפור לשיח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רעיון מרכזי שמלווה את השיח באותו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סיפור קצר ושאלות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היכרות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ערך השבוע וסיפור לשיח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ערך השבוע וסיפור לשיח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(היכרות ושייכות)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ערך השבוע וסיפור לשיח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להתמקד ולהעמיק בשיחה אחת ברורה שהתלמידים יכולים לזכור וליישם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המדגימה המתנה או התחשבות, למשל לחכות בתור בלי לכעוס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הכוללת פעולה מעשית הקשורה לערך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מעגל סיכום ונפרדים מהשבוע – היכרות עם מרכיבי המעגל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משתפים דברים טובים שקרו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כל אחד אומר תודה על משהו או למישהו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 תלמיד אומר מחמאה לחבר או לחברה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מדליקים נרות ואומרים ברכה לקראת 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מעגל סיכום ונפרדים מהשבוע – התאמת שלבים ותיאורים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(שיתוף חוויות חיוביות מהשבוע)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(בודקים אם הצלחנו להגיע ליעד שהצבנו)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(כל תלמיד אומר תודה על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(שיתוף דבר חדש שנלמד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(דקה שקטה לסיום המעגל)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מעגל סיכום ונפרדים מהשבוע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שמבטא הכרת תודה למישהו או למשהו, למשל תודה לחבר שעזר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לבחון התקדמות, ללמוד מהצלחות וקשיים ולהציב מטרה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המתארת ידע או מיומנות חדשה שנלמדה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מצב רוח, מטרות ודקת נשימה – הכרת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התשובה אנונימית ומסומנת באימוג'ים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במעגל הפתיחה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מעגל הסיכום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מצב רוח, מטרות ודקת נשימה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בדיקת המטרה היא חלק קבוע ממעגל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דקת הנשימה והתנועה היא חלק ממעגל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המד מוגדר כאנונימי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מצב רוח, מטרות ודקת נשימה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נבדק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מצב רוח, מטרות ודקת נשימה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(סימון תחושה באימוג'ים בלי 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(יעד אישי שנקבע לשבוע)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(הפסקה קצרה להרגעה)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(סיום רגוע למעגל הסיכום)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לוח שנה עברי ופרשות השבוע – הכרות עם 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כל שורה בטבלה - ערך, פרשה, מצגות ודף תרגול.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מצגת 'פותחים שבוע' מוצגת ביום ראשון, ו'נפרדים משבוע' ביום שישי.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לוח שנה עברי ופרשות השבוע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נצבים, וילך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לוח שנה עברי ופרשות השבוע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נצבים, וילך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כיפור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לוח שנה עברי ופרשות השבוע – התאמת פרשות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(היכרות ושייכות)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(כבוד)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 מצב רוח באימוג׳ים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את המטרה שנקבעה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רגע של שקט / דקת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פרשת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אומרים תודה ומחמאות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במעגל הפתיחה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תכלול לפחות שלושה מרכיבים נכונים מתוך: ברכה ותאריך, מד מצב רוח, לוח תכנון שבוע, חידה, דקת נשימה, כרטיס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תציין שפתיחה היא בתחילת השבוע ומכוונת קדימה, וסיכום הוא בסוף השבוע ומביט אחורה ומודה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תקשר בין ערך מסוים לבין מצב בסיפור או שאלה מהשיח בצורה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שבועות – פרק אחד או שניים בכל שיעור, בהתאמה למעגל שמתקיים אותו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לקצר את המשימות ולהתמקד בעיקר במד מצב הרוח ובסבב התודה, בלי משימות כתיבה ארוכות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קצר על הקשר בין ערך השבוע לאירועים מחיי היומיום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חזרה על לוח השנה העברי אחת לכמה שבועות כדי לחבר בין הפרקים השונים בחוברת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את כל חלקי מעגל הפתיחה ומעגל הסיכום שמלווים אתכם כל שבוע. עברו על הפרקים לפי הסדר, ובכל פרק ענו בעצמכם לפני שבודקים יחד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מעגל פתיחה של יום ראשון – היכרות עם מרכיבי המצגת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מעגל הפתיחה מתקיים ביום...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אורך בדרך כלל מעגל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 מצב הרוח במצגת מתבטא באמצעות...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ציורי 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נמצא בתחילת מצגת הפתיחה, יחד עם ברכה?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תאריך שאפשר לערוך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חידון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מעגל פתיחה של יום ראשון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ברכה ותאריך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אנונימי, מוצג באימוג׳ים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רגע של הרגעה וזוזה בגוף לפני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לוח מה מחכה לנו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ניתנים לעריכה בתחילת כל 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לוח לעריכה לקראת האירועים הקרובים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דקת נשימה ותנועה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פעילות חשיבה קצרה שפותחת את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מעגל פתיחה של יום ראשון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מעגל הפתיחה מופיעה __________ ותאריך שאפשר לערוך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ה__________ עוזר לתלמידים להציב יעד אישי לשבוע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מעגל פתיחה של יום ראשון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שמד מצב הרוח יהיה אנונימי?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כיצד לוח מה מחכה לנו השבוע יכול לעזור לתלמידים להתארגן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חידה קצרה משלכם שיכולה לפתוח שבוע לימודים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כדאי לשלב דקת נשימה ותנועה דווקא בתחילת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ערך השבוע וסיפור לשיח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ערך השבוע במצגת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תאריך לועזי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רעיון מרכזי שמלווה את השיח באותו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המקצוע השבועי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שעת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מגיע מיד אחרי הצגת ערך השבוע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 מצב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 ושאלות לשיח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ערך מופיע בשבוע הראשון של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היכרות ושייכות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ערך מלווה את פרשת נח?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תודה והכרת הטוב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ערך השבוע וסיפור לשיח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קריאת הסיפור הקצר מתקיימת __________ סביב הערך של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 השבוע הוא הרעיון שסביבו בנויים הסיפור ושאלות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הערך המלווה את פרשת לך לך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ערך השבוע וסיפור לשיח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היכרות ושייכות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וירא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נצבים, וילך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ערך השבוע וסיפור לשיח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שלכל שבוע יהיה ערך מרכזי אחד ולא כמה ערכים 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אישית קצרה להתנהגות שמבטאת את הערך סבלנות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ערך אחד (חברות, אחריות או סבלנות) והסבירו כיצד אפשר ליישם אותו השבוע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מעגל סיכום ונפרדים מהשבוע – היכרות עם מרכיבי המעגל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מתקיים מעגל הסיכום של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בשלב 'רגעים טובים מהשבוע'?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בודקים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משתפים דברים טובים שקרו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מודדים מצב רוח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'סבב תודה' במעגל הסיכום?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אחד אומר תודה על משהו או למישהו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בשלב 'שרשרת מחמאות'?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רושמים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תלמיד אומר מחמאה לחבר או לחברה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עורכים מבחן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מתעמלים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בסיום מעגל הסיכום בבתי ספר ממלכתיים־דתיים?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מברכים 'סוף שבוע נעים'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מדליקים נרות ואומרים ברכה לקראת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סיפור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עורכים מבחן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מעגל סיכום ונפרדים מהשבוע – התאמת שלבים ותיאורים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רגעים טובים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בודקים אם הצלחנו להגיע ליעד שהצבנו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בודקים את המטרה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שיתוף דבר חדש שנלמד השבוע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שיתוף חוויות חיוביות מהשבוע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למדתי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דקה שקטה לסיום המעגל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רגע של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תלמיד אומר תודה על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מעגל סיכום ונפרדים מהשבוע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שהייתם אומרים בסבב תודה בסוף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לבדוק את המטרה שהוצבה בתחילת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דבר אחד שהייתם משתפים בשלב 'מה למדתי'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מצב רוח, מטרות ודקת נשימה – הכרת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 מצב הרוח במעגל הפתיחה מוצג בדרך כלל כך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התשובה אנונימית ומסומנת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תלמיד כותב את שמו ליד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בודק/ת כל תשובה בנפרד מול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עונים רק בכתיבה ארוכה בלי 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כרטיס המטרה לשבוע נקבע בדרך כלל...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במעגל הפתיחה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במעגל הסיכום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השבוע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לפני 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רגע של שקט לסיום מופיע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מעגל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מעגל הסיכום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בפתיחה וגם בסיכום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מופיע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מצב רוח, מטרות ודקת נשימה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במעגל הסיכום של יום שישי בודקים אם המטרה שנקבעה הושגה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דקת הנשימה והתנועה מופיעה רק במעגל הסיכום ולא בפתיחה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הרוח נועד לעזור לתלמידים לבטא תחושה בלי לחשוף את שמם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מצב רוח, מטרות ודקת נשימה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 מצב הרוח עוזר לתלמידים לבטא את ה__________ שלהם בצורה אנונימית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המטרה נקבע בתחילת השבוע ו__________ שוב במעגל הסיכום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מצב רוח, מטרות ודקת נשימה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סיום רגוע למעגל הסיכום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הפסקה קצרה להרגעה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דקת נשימה ותנועה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יעד אישי שנקבע לשבוע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רגע של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סימון תחושה באימוג'ים בלי 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לוח שנה עברי ופרשות השבוע – הכרות עם 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שורה בטבלת השבועות מופיעים גם ערך השבוע וגם פרשת השבוע.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מצגת 'נפרדים משבוע' מוצגת ביום 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לוח שנה עברי ופרשות השבוע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בשבוע מוצגת מצגת 'פותחים שבוע'?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ערכים מתוכננים לאורך השנה, מלבד השבועות המיוחדים?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הפרשה המופיעה בשבוע הראשון בטבלה?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נצבים, וילך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לך 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לוח שנה עברי ופרשות השבוע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בשבוע הראשון שמופיע בטבלה, פרשת השבוע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בשבוע שבו הערך הוא 'תודה והכרת הטוב' חל גם החג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לוח שנה עברי ופרשות השבוע – התאמת פרשות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נצבים, וילך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היכרות ושייכות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וירא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מעגל פתיחת השבוע מתקיים ביום: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מעגל הסיכום של השבוע מתקיים ביום: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מופיע בכל מצגת פתיחה כדי לבדוק איך התלמידים מרגישים?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 מצב רוח באימוג׳ים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טבלת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במעגל הסיכום לגבי מה שהוגדר בתחילת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המטרה שנקבעה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שיעורי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התאריך הלועזי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רכיב מופיע בשתי המצגות – גם בפתיחה וגם בסיכום?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ברכה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רגע של שקט / דקת 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שרשרת מחמאות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בכל שבוע, לצד ערך השבוע, מופיע גם: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פרשת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לועזי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בסבב התודה במעגל הסיכום, התלמידים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פותרים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תודה ומחמאות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בוחרים ערך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כרטיס המטרה בדרך כלל נקבע: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במעגל הסיכום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במעגל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החופשה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למנות שלושה רכיבים שמופיעים במעגל הפתיחה של יום 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להסביר במילים שלכם מה ההבדל בין מעגל פתיחה למעגל סיכום?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לתת דוגמה לערך שבוע אחד ולהסביר איך הוא קשור לסיפור או לשאלה לשיח?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שבוע · נפרדים משבוע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